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80369" w:rsidRDefault="00E82A10">
      <w:pPr>
        <w:rPr>
          <w:b/>
          <w:bCs/>
          <w:sz w:val="24"/>
          <w:szCs w:val="24"/>
        </w:rPr>
      </w:pPr>
      <w:r>
        <w:rPr>
          <w:b/>
          <w:bCs/>
          <w:sz w:val="24"/>
          <w:szCs w:val="24"/>
        </w:rPr>
        <w:t>DRISHTI MISHRA</w:t>
      </w:r>
    </w:p>
    <w:p w14:paraId="00000002" w14:textId="77777777" w:rsidR="00880369" w:rsidRDefault="00E82A10">
      <w:pPr>
        <w:rPr>
          <w:b/>
          <w:bCs/>
        </w:rPr>
      </w:pPr>
      <w:r>
        <w:rPr>
          <w:b/>
          <w:bCs/>
        </w:rPr>
        <w:t xml:space="preserve">PGDM (Finance &amp; Marketing) </w:t>
      </w:r>
    </w:p>
    <w:p w14:paraId="00000003" w14:textId="77777777" w:rsidR="00880369" w:rsidRDefault="00E82A10">
      <w:r>
        <w:t>drishtimishra2002@gmail.com | Phone: +91 7701892391</w:t>
      </w:r>
    </w:p>
    <w:p w14:paraId="00000004" w14:textId="77777777" w:rsidR="00880369" w:rsidRDefault="00E82A10">
      <w:r>
        <w:t xml:space="preserve">PGDM (Finance &amp; Marketing) candidate with multi-industry internship exposure across financial operations, analytics, and </w:t>
      </w:r>
      <w:proofErr w:type="spellStart"/>
      <w:r>
        <w:t>programme</w:t>
      </w:r>
      <w:proofErr w:type="spellEnd"/>
      <w:r>
        <w:t xml:space="preserve"> management at FICCI, </w:t>
      </w:r>
      <w:proofErr w:type="spellStart"/>
      <w:r>
        <w:t>Dalmia</w:t>
      </w:r>
      <w:proofErr w:type="spellEnd"/>
      <w:r>
        <w:t xml:space="preserve"> Bharat Group, IRCTC, and </w:t>
      </w:r>
      <w:proofErr w:type="spellStart"/>
      <w:r>
        <w:t>Danieli</w:t>
      </w:r>
      <w:proofErr w:type="spellEnd"/>
      <w:r>
        <w:t xml:space="preserve"> Corus India. Adept at financial analysis, regulatory documentation, and stakeholder engagement with strong analytical acumen and learning agility. Seeking Analyst, any, Finance, or Risk Management roles to leverage practical exposure and develop data-driven strategic decision-making capabilities.</w:t>
      </w:r>
    </w:p>
    <w:p w14:paraId="00000005" w14:textId="77777777" w:rsidR="00880369" w:rsidRDefault="00E82A10">
      <w:pPr>
        <w:rPr>
          <w:b/>
          <w:bCs/>
        </w:rPr>
      </w:pPr>
      <w:r>
        <w:rPr>
          <w:b/>
          <w:bCs/>
        </w:rPr>
        <w:t>KEYWORDS</w:t>
      </w:r>
    </w:p>
    <w:p w14:paraId="00000006" w14:textId="77777777" w:rsidR="00880369" w:rsidRDefault="00E82A10">
      <w:r>
        <w:t xml:space="preserve">Financial Analysis | Bank Reconciliation | Regulatory Compliance &amp; Documentation | KYC Due Diligence | Advanced MS Excel | MIS &amp; Financial Reporting | Stakeholder Engagement | Business &amp; Market Research | Process </w:t>
      </w:r>
      <w:proofErr w:type="spellStart"/>
      <w:r>
        <w:t>Optimisation</w:t>
      </w:r>
      <w:proofErr w:type="spellEnd"/>
      <w:r>
        <w:t xml:space="preserve"> | Financial Presentation &amp; Reporting</w:t>
      </w:r>
    </w:p>
    <w:p w14:paraId="00000007" w14:textId="77777777" w:rsidR="00880369" w:rsidRDefault="00E82A10">
      <w:pPr>
        <w:rPr>
          <w:b/>
          <w:bCs/>
        </w:rPr>
      </w:pPr>
      <w:r>
        <w:rPr>
          <w:b/>
          <w:bCs/>
        </w:rPr>
        <w:t>EDUCATION</w:t>
      </w:r>
    </w:p>
    <w:p w14:paraId="00000008" w14:textId="77777777" w:rsidR="00880369" w:rsidRDefault="00E82A10">
      <w:pPr>
        <w:rPr>
          <w:b/>
          <w:bCs/>
        </w:rPr>
      </w:pPr>
      <w:r>
        <w:rPr>
          <w:b/>
          <w:bCs/>
        </w:rPr>
        <w:t>Post Graduate Diploma in Management (PGDM) - Finance &amp; Marketing</w:t>
      </w:r>
    </w:p>
    <w:p w14:paraId="00000009" w14:textId="77777777" w:rsidR="00880369" w:rsidRDefault="00E82A10">
      <w:r>
        <w:t>New Delhi Institute of Information Technology &amp; Management, Delhi | 2024 - 2026</w:t>
      </w:r>
    </w:p>
    <w:p w14:paraId="0000000A" w14:textId="77777777" w:rsidR="00880369" w:rsidRDefault="00E82A10">
      <w:pPr>
        <w:rPr>
          <w:b/>
          <w:bCs/>
        </w:rPr>
      </w:pPr>
      <w:r>
        <w:rPr>
          <w:b/>
          <w:bCs/>
        </w:rPr>
        <w:t>Bachelor of Business Administration (BBA) - Finance</w:t>
      </w:r>
    </w:p>
    <w:p w14:paraId="0000000B" w14:textId="77777777" w:rsidR="00880369" w:rsidRDefault="00E82A10">
      <w:r>
        <w:t xml:space="preserve">Netaji </w:t>
      </w:r>
      <w:proofErr w:type="spellStart"/>
      <w:r>
        <w:t>Subhas</w:t>
      </w:r>
      <w:proofErr w:type="spellEnd"/>
      <w:r>
        <w:t xml:space="preserve"> University of Technology (NSUT), Delhi | 2020 - 2023</w:t>
      </w:r>
    </w:p>
    <w:p w14:paraId="0000000C" w14:textId="76D15A24" w:rsidR="00880369" w:rsidRDefault="008440C6">
      <w:pPr>
        <w:rPr>
          <w:b/>
          <w:bCs/>
        </w:rPr>
      </w:pPr>
      <w:r>
        <w:rPr>
          <w:b/>
          <w:bCs/>
        </w:rPr>
        <w:t>INTERNSHIP</w:t>
      </w:r>
      <w:r w:rsidR="00E82A10">
        <w:rPr>
          <w:b/>
          <w:bCs/>
        </w:rPr>
        <w:t xml:space="preserve"> EXPERIENCE</w:t>
      </w:r>
    </w:p>
    <w:p w14:paraId="0000000D" w14:textId="77777777" w:rsidR="00880369" w:rsidRDefault="00E82A10">
      <w:pPr>
        <w:rPr>
          <w:b/>
          <w:bCs/>
        </w:rPr>
      </w:pPr>
      <w:r>
        <w:rPr>
          <w:b/>
          <w:bCs/>
        </w:rPr>
        <w:t>Federation of Indian Chambers of Commerce &amp; Industry (FICCI) - Management Intern</w:t>
      </w:r>
    </w:p>
    <w:p w14:paraId="0000000E" w14:textId="77777777" w:rsidR="00880369" w:rsidRDefault="00E82A10">
      <w:pPr>
        <w:rPr>
          <w:b/>
          <w:bCs/>
        </w:rPr>
      </w:pPr>
      <w:r>
        <w:rPr>
          <w:b/>
          <w:bCs/>
        </w:rPr>
        <w:t>15th Oct’25-15th Nov’25</w:t>
      </w:r>
    </w:p>
    <w:p w14:paraId="0000000F" w14:textId="77777777" w:rsidR="00880369" w:rsidRDefault="00E82A10">
      <w:r>
        <w:t>- Supported execution of a national-level Tribal Business Conclave with 500+ delegates and coordinated communication with 115+ startups. Managed databases, documentation, and operational trackers improving data accuracy and stakeholder coordination.</w:t>
      </w:r>
    </w:p>
    <w:p w14:paraId="00000010" w14:textId="77777777" w:rsidR="00880369" w:rsidRDefault="00E82A10">
      <w:pPr>
        <w:rPr>
          <w:b/>
          <w:bCs/>
        </w:rPr>
      </w:pPr>
      <w:proofErr w:type="spellStart"/>
      <w:r>
        <w:rPr>
          <w:b/>
          <w:bCs/>
        </w:rPr>
        <w:t>Dalmia</w:t>
      </w:r>
      <w:proofErr w:type="spellEnd"/>
      <w:r>
        <w:rPr>
          <w:b/>
          <w:bCs/>
        </w:rPr>
        <w:t xml:space="preserve"> Bharat Group - Finance &amp; Accounts Intern</w:t>
      </w:r>
    </w:p>
    <w:p w14:paraId="00000011" w14:textId="77777777" w:rsidR="00880369" w:rsidRDefault="00E82A10">
      <w:pPr>
        <w:rPr>
          <w:b/>
          <w:bCs/>
        </w:rPr>
      </w:pPr>
      <w:r>
        <w:rPr>
          <w:b/>
          <w:bCs/>
        </w:rPr>
        <w:t>18th June’25-17th Sept’25</w:t>
      </w:r>
    </w:p>
    <w:p w14:paraId="00000012" w14:textId="77777777" w:rsidR="00880369" w:rsidRDefault="00E82A1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Analysed</w:t>
      </w:r>
      <w:proofErr w:type="spellEnd"/>
      <w:r>
        <w:rPr>
          <w:rFonts w:ascii="Times New Roman" w:eastAsia="Times New Roman" w:hAnsi="Times New Roman" w:cs="Times New Roman"/>
          <w:color w:val="000000"/>
        </w:rPr>
        <w:t xml:space="preserve"> corporate borrowings including term loans and working capital financing facilities, supporting financial reporting and treasury monitoring activities.</w:t>
      </w:r>
    </w:p>
    <w:p w14:paraId="00000013" w14:textId="77777777" w:rsidR="00880369" w:rsidRDefault="00E82A1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-Assisted in Bank Guarantee (BG) and Letter of Credit (LC) compliance documentation, repayment schedule tracking, and financial covenant monitoring.</w:t>
      </w:r>
    </w:p>
    <w:p w14:paraId="00000014" w14:textId="753DB154" w:rsidR="00880369" w:rsidRDefault="00E82A10">
      <w:pPr>
        <w:rPr>
          <w:b/>
          <w:bCs/>
        </w:rPr>
      </w:pPr>
      <w:r>
        <w:rPr>
          <w:b/>
          <w:bCs/>
        </w:rPr>
        <w:t>Indian Railway Catering &amp; Tourism Corp</w:t>
      </w:r>
      <w:r w:rsidR="00DB63C9">
        <w:rPr>
          <w:b/>
          <w:bCs/>
        </w:rPr>
        <w:t>ora</w:t>
      </w:r>
      <w:r w:rsidR="008440C6">
        <w:rPr>
          <w:b/>
          <w:bCs/>
        </w:rPr>
        <w:t>tion (IRCTC) – Finance Intern</w:t>
      </w:r>
      <w:bookmarkStart w:id="0" w:name="_GoBack"/>
      <w:bookmarkEnd w:id="0"/>
    </w:p>
    <w:p w14:paraId="00000015" w14:textId="64ABF395" w:rsidR="00880369" w:rsidRDefault="008440C6">
      <w:pPr>
        <w:rPr>
          <w:b/>
          <w:bCs/>
        </w:rPr>
      </w:pPr>
      <w:r>
        <w:rPr>
          <w:b/>
          <w:bCs/>
        </w:rPr>
        <w:lastRenderedPageBreak/>
        <w:t>01st June’22-31st July’22</w:t>
      </w:r>
    </w:p>
    <w:p w14:paraId="00000016" w14:textId="77777777" w:rsidR="00880369" w:rsidRDefault="00E82A1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-Processed vendor invoices incorporating GST and TDS compliance through Oracle ERP, ensuring adherence to statutory accounting procedures.</w:t>
      </w:r>
    </w:p>
    <w:p w14:paraId="00000017" w14:textId="77777777" w:rsidR="00880369" w:rsidRDefault="00E82A1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-Prepared Bank Reconciliation Statements and validated employee reimbursement claims to maintain financial accuracy and internal control compliance.</w:t>
      </w:r>
    </w:p>
    <w:p w14:paraId="00000018" w14:textId="77777777" w:rsidR="00880369" w:rsidRDefault="00E82A10">
      <w:pPr>
        <w:rPr>
          <w:b/>
          <w:bCs/>
        </w:rPr>
      </w:pPr>
      <w:proofErr w:type="spellStart"/>
      <w:r>
        <w:rPr>
          <w:b/>
          <w:bCs/>
        </w:rPr>
        <w:t>Danieli</w:t>
      </w:r>
      <w:proofErr w:type="spellEnd"/>
      <w:r>
        <w:rPr>
          <w:b/>
          <w:bCs/>
        </w:rPr>
        <w:t xml:space="preserve"> Corus India Pvt. Ltd. - Finance Intern                                    01st Dec’21- 31st Jan’22</w:t>
      </w:r>
    </w:p>
    <w:p w14:paraId="00000019" w14:textId="77777777" w:rsidR="00880369" w:rsidRDefault="00E82A10">
      <w:r>
        <w:t>- Gained exposure to corporate decision-making, business strategy, and financial operations.</w:t>
      </w:r>
    </w:p>
    <w:p w14:paraId="0000001A" w14:textId="77777777" w:rsidR="00880369" w:rsidRDefault="00E82A10">
      <w:pPr>
        <w:rPr>
          <w:b/>
          <w:bCs/>
        </w:rPr>
      </w:pPr>
      <w:r>
        <w:rPr>
          <w:b/>
          <w:bCs/>
        </w:rPr>
        <w:t>ACADEMIC PROJECTS</w:t>
      </w:r>
    </w:p>
    <w:p w14:paraId="0000001B" w14:textId="77777777" w:rsidR="00880369" w:rsidRDefault="00E82A10">
      <w:pPr>
        <w:rPr>
          <w:b/>
          <w:bCs/>
        </w:rPr>
      </w:pPr>
      <w:proofErr w:type="spellStart"/>
      <w:r>
        <w:rPr>
          <w:b/>
          <w:bCs/>
        </w:rPr>
        <w:t>Vrinda</w:t>
      </w:r>
      <w:proofErr w:type="spellEnd"/>
      <w:r>
        <w:rPr>
          <w:b/>
          <w:bCs/>
        </w:rPr>
        <w:t xml:space="preserve"> Store Sales Analysis (Excel | Data Analytics)</w:t>
      </w:r>
    </w:p>
    <w:p w14:paraId="0000001C" w14:textId="77777777" w:rsidR="00880369" w:rsidRDefault="00E82A10">
      <w:r>
        <w:t>- Analyzed 31,000+ sales records using Excel dashboards, Pivot Tables, and data cleaning techniques to identify customer trends, and monthly sales performance insights.</w:t>
      </w:r>
    </w:p>
    <w:p w14:paraId="0000001D" w14:textId="77777777" w:rsidR="00880369" w:rsidRDefault="00E82A10">
      <w:pPr>
        <w:rPr>
          <w:b/>
          <w:bCs/>
        </w:rPr>
      </w:pPr>
      <w:proofErr w:type="spellStart"/>
      <w:r>
        <w:rPr>
          <w:b/>
          <w:bCs/>
        </w:rPr>
        <w:t>Blinkit</w:t>
      </w:r>
      <w:proofErr w:type="spellEnd"/>
      <w:r>
        <w:rPr>
          <w:b/>
          <w:bCs/>
        </w:rPr>
        <w:t xml:space="preserve"> Dark Store Operational Analysis (Survey-Based Research)</w:t>
      </w:r>
    </w:p>
    <w:p w14:paraId="0000001E" w14:textId="77777777" w:rsidR="00880369" w:rsidRDefault="00E82A10">
      <w:r>
        <w:t>- Conducted structured surveys with delivery partners to evaluate operational challenges and recommend improvements for delivery efficiency and customer experience.</w:t>
      </w:r>
    </w:p>
    <w:p w14:paraId="0000001F" w14:textId="77777777" w:rsidR="00880369" w:rsidRDefault="00E82A10">
      <w:pPr>
        <w:rPr>
          <w:b/>
          <w:bCs/>
        </w:rPr>
      </w:pPr>
      <w:r>
        <w:rPr>
          <w:b/>
          <w:bCs/>
        </w:rPr>
        <w:t>LEADERSHIP &amp; VOLUNTEERING</w:t>
      </w:r>
    </w:p>
    <w:p w14:paraId="00000020" w14:textId="77777777" w:rsidR="00880369" w:rsidRDefault="00E82A10">
      <w:pPr>
        <w:spacing w:line="240" w:lineRule="auto"/>
      </w:pPr>
      <w:r>
        <w:t>Class Representative - NSUT | 2020 - 2023</w:t>
      </w:r>
    </w:p>
    <w:p w14:paraId="00000021" w14:textId="77777777" w:rsidR="00880369" w:rsidRDefault="00E82A10">
      <w:pPr>
        <w:spacing w:line="240" w:lineRule="auto"/>
      </w:pPr>
      <w:r>
        <w:t>Guest Lecture Coordinator - NSUT | 2022</w:t>
      </w:r>
    </w:p>
    <w:p w14:paraId="00000022" w14:textId="77777777" w:rsidR="00880369" w:rsidRDefault="00E82A10">
      <w:pPr>
        <w:spacing w:line="240" w:lineRule="auto"/>
      </w:pPr>
      <w:r>
        <w:t>Volunteer - Robin Hood Army | Apr 2025 - Present</w:t>
      </w:r>
    </w:p>
    <w:p w14:paraId="00000023" w14:textId="77777777" w:rsidR="00880369" w:rsidRDefault="00E82A10">
      <w:pPr>
        <w:spacing w:line="240" w:lineRule="auto"/>
      </w:pPr>
      <w:r>
        <w:t>Conduct weekly teaching sessions for underprivileged children and participate in food distribution drives across Delhi.</w:t>
      </w:r>
    </w:p>
    <w:p w14:paraId="00000024" w14:textId="77777777" w:rsidR="00880369" w:rsidRDefault="00E82A10">
      <w:pPr>
        <w:rPr>
          <w:b/>
          <w:bCs/>
        </w:rPr>
      </w:pPr>
      <w:r>
        <w:rPr>
          <w:b/>
          <w:bCs/>
        </w:rPr>
        <w:t>CERTIFICATIONS</w:t>
      </w:r>
    </w:p>
    <w:p w14:paraId="00000025" w14:textId="77777777" w:rsidR="00880369" w:rsidRDefault="00E82A10">
      <w:r>
        <w:t>McKinsey.org Forward Program (2025) | SEBI Investor Awareness Test (2025) | Data Analytics &amp; Visualization Job Simulation - Accenture North America (2024) | Excel Skills Job Simulation - JPMorgan Chase &amp; Co. (2024) | TCS ION NQT-BFSI Qualified (2026)</w:t>
      </w:r>
    </w:p>
    <w:p w14:paraId="00000026" w14:textId="77777777" w:rsidR="00880369" w:rsidRDefault="00E82A10">
      <w:pPr>
        <w:rPr>
          <w:b/>
          <w:bCs/>
        </w:rPr>
      </w:pPr>
      <w:r>
        <w:rPr>
          <w:b/>
          <w:bCs/>
        </w:rPr>
        <w:t>ACHIEVEMENTS &amp; ADDITIONAL INFORMATION</w:t>
      </w:r>
    </w:p>
    <w:p w14:paraId="00000027" w14:textId="77777777" w:rsidR="00880369" w:rsidRDefault="00E82A10">
      <w:r>
        <w:t>- Awarded First Prize in PGDM for outstanding academic performance and project excellence (2025).</w:t>
      </w:r>
    </w:p>
    <w:p w14:paraId="00000028" w14:textId="77777777" w:rsidR="00880369" w:rsidRDefault="00E82A10">
      <w:r>
        <w:t xml:space="preserve">- Paper Presenter - International Conference on Management &amp; Technology (with </w:t>
      </w:r>
      <w:proofErr w:type="spellStart"/>
      <w:r>
        <w:t>Vytautas</w:t>
      </w:r>
      <w:proofErr w:type="spellEnd"/>
      <w:r>
        <w:t xml:space="preserve"> Magnus University, Lithuania).</w:t>
      </w:r>
    </w:p>
    <w:p w14:paraId="0000002A" w14:textId="77777777" w:rsidR="00880369" w:rsidRDefault="00880369">
      <w:bookmarkStart w:id="1" w:name="_heading=h.l7duqryn9ut5" w:colFirst="0" w:colLast="0"/>
      <w:bookmarkEnd w:id="1"/>
    </w:p>
    <w:sectPr w:rsidR="00880369">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embedRegular r:id="rId1" w:fontKey="{7FE9CC7B-6F8D-4CB8-945B-C2919D9B89B7}"/>
    <w:embedBold r:id="rId2" w:fontKey="{A1C08BF2-B597-429F-BDF0-746A4A40F9D1}"/>
    <w:embedItalic r:id="rId3" w:fontKey="{09DFA9DC-9148-4982-9BF6-EF088BCE966A}"/>
    <w:embedBoldItalic r:id="rId4" w:fontKey="{D0662571-0BA8-4BDB-9367-62E7685CF91B}"/>
  </w:font>
  <w:font w:name="Calibri">
    <w:panose1 w:val="020F0502020204030204"/>
    <w:charset w:val="00"/>
    <w:family w:val="swiss"/>
    <w:pitch w:val="variable"/>
    <w:sig w:usb0="E4002EFF" w:usb1="C200247B" w:usb2="00000009" w:usb3="00000000" w:csb0="000001FF" w:csb1="00000000"/>
    <w:embedRegular r:id="rId5" w:fontKey="{ED9FE0DE-81A3-4EE3-891D-6E5359FE94D1}"/>
    <w:embedBold r:id="rId6" w:fontKey="{DBF3D91A-54CF-4D94-B60C-9B91078ECFAB}"/>
    <w:embedItalic r:id="rId7" w:fontKey="{1CE1BB92-2C9A-4BAE-AD69-1D4F642427C7}"/>
    <w:embedBoldItalic r:id="rId8" w:fontKey="{D713BDA9-65EC-4513-BD7E-B241A7C0C2A5}"/>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A45400"/>
    <w:multiLevelType w:val="multilevel"/>
    <w:tmpl w:val="A830A4B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369"/>
    <w:rsid w:val="008440C6"/>
    <w:rsid w:val="00880369"/>
    <w:rsid w:val="00DB63C9"/>
    <w:rsid w:val="00E82A10"/>
    <w:rsid w:val="00F1695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93176"/>
  <w15:docId w15:val="{529E40DC-BD13-4FB2-A005-AE5858212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31D2E"/>
    <w:rPr>
      <w:color w:val="0000FF" w:themeColor="hyperlink"/>
      <w:u w:val="single"/>
    </w:rPr>
  </w:style>
  <w:style w:type="paragraph" w:styleId="NormalWeb">
    <w:name w:val="Normal (Web)"/>
    <w:basedOn w:val="Normal"/>
    <w:uiPriority w:val="99"/>
    <w:unhideWhenUsed/>
    <w:rsid w:val="00607BD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VuHmegtRjSyw60pFHaNG2mgzA==">CgMxLjAyDmgubDdkdXFyeW45dXQ1OAByITFpMXcwemlieEVSbDlTUTgyclRQS21aR0hfMkNYNFYyaQ==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Drishti Mishra</cp:lastModifiedBy>
  <cp:revision>2</cp:revision>
  <dcterms:created xsi:type="dcterms:W3CDTF">2026-03-11T14:19:00Z</dcterms:created>
  <dcterms:modified xsi:type="dcterms:W3CDTF">2026-03-11T14:19:00Z</dcterms:modified>
</cp:coreProperties>
</file>